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Safe Gameplay Rules for Kids</w:t>
      </w:r>
    </w:p>
    <w:p>
      <w:r>
        <w:rPr>
          <w:i/>
        </w:rPr>
        <w:t>JYME GAMING • 25 rules every gamer should follow</w:t>
      </w:r>
    </w:p>
    <w:p>
      <w:pPr>
        <w:pStyle w:val="ListNumber"/>
      </w:pPr>
      <w:r>
        <w:rPr>
          <w:b/>
        </w:rPr>
        <w:t>Ask Your Parents First</w:t>
      </w:r>
    </w:p>
    <w:p>
      <w:r>
        <w:t>Always ask a parent or guardian before starting a new game, downloading anything, or making in-game Robux purchases.</w:t>
      </w:r>
    </w:p>
    <w:p>
      <w:pPr>
        <w:pStyle w:val="ListNumber"/>
      </w:pPr>
      <w:r>
        <w:rPr>
          <w:b/>
        </w:rPr>
        <w:t>Protect Personal Info</w:t>
      </w:r>
    </w:p>
    <w:p>
      <w:r>
        <w:t>Never share your real name, address, school, phone number, or passwords with anyone online.</w:t>
      </w:r>
    </w:p>
    <w:p>
      <w:pPr>
        <w:pStyle w:val="ListNumber"/>
      </w:pPr>
      <w:r>
        <w:rPr>
          <w:b/>
        </w:rPr>
        <w:t>Be Kind &amp; Respectful</w:t>
      </w:r>
    </w:p>
    <w:p>
      <w:r>
        <w:t>Treat other players with kindness. Avoid mean talk, and report or block anyone who is being unsafe or rude.</w:t>
      </w:r>
    </w:p>
    <w:p>
      <w:pPr>
        <w:pStyle w:val="ListNumber"/>
      </w:pPr>
      <w:r>
        <w:rPr>
          <w:b/>
        </w:rPr>
        <w:t>Keep Passwords Private</w:t>
      </w:r>
    </w:p>
    <w:p>
      <w:r>
        <w:t>Never share your passwords, even with friends. Use a different password for each game account.</w:t>
      </w:r>
    </w:p>
    <w:p>
      <w:pPr>
        <w:pStyle w:val="ListNumber"/>
      </w:pPr>
      <w:r>
        <w:rPr>
          <w:b/>
        </w:rPr>
        <w:t>Never Trade Accounts</w:t>
      </w:r>
    </w:p>
    <w:p>
      <w:r>
        <w:t>Do not give away, sell, or trade your account or its items. Scammers often ask for them.</w:t>
      </w:r>
    </w:p>
    <w:p>
      <w:pPr>
        <w:pStyle w:val="ListNumber"/>
      </w:pPr>
      <w:r>
        <w:rPr>
          <w:b/>
        </w:rPr>
        <w:t>Watch Out for Free Robux</w:t>
      </w:r>
    </w:p>
    <w:p>
      <w:r>
        <w:t>Offers of free Robux, free items, or account help are usually scams. Tell a parent right away.</w:t>
      </w:r>
    </w:p>
    <w:p>
      <w:pPr>
        <w:pStyle w:val="ListNumber"/>
      </w:pPr>
      <w:r>
        <w:rPr>
          <w:b/>
        </w:rPr>
        <w:t>Don't Share Your Location</w:t>
      </w:r>
    </w:p>
    <w:p>
      <w:r>
        <w:t>Keep your city, school, and daily routine to yourself while playing online.</w:t>
      </w:r>
    </w:p>
    <w:p>
      <w:pPr>
        <w:pStyle w:val="ListNumber"/>
      </w:pPr>
      <w:r>
        <w:rPr>
          <w:b/>
        </w:rPr>
        <w:t>Only Use Official Links</w:t>
      </w:r>
    </w:p>
    <w:p>
      <w:r>
        <w:t>Join games and servers only through trusted links. Be careful of links sent by strangers.</w:t>
      </w:r>
    </w:p>
    <w:p>
      <w:pPr>
        <w:pStyle w:val="ListNumber"/>
      </w:pPr>
      <w:r>
        <w:rPr>
          <w:b/>
        </w:rPr>
        <w:t>Take Breaks</w:t>
      </w:r>
    </w:p>
    <w:p>
      <w:r>
        <w:t>Stop and rest every hour or so. Stretch, drink water, and do something away from the screen.</w:t>
      </w:r>
    </w:p>
    <w:p>
      <w:pPr>
        <w:pStyle w:val="ListNumber"/>
      </w:pPr>
      <w:r>
        <w:rPr>
          <w:b/>
        </w:rPr>
        <w:t>Stay Off Unknown Downloads</w:t>
      </w:r>
    </w:p>
    <w:p>
      <w:r>
        <w:t>Never download mods, cheats, or files from strangers. They can carry viruses.</w:t>
      </w:r>
    </w:p>
    <w:p>
      <w:pPr>
        <w:pStyle w:val="ListNumber"/>
      </w:pPr>
      <w:r>
        <w:rPr>
          <w:b/>
        </w:rPr>
        <w:t>Ask Before Adding Friends</w:t>
      </w:r>
    </w:p>
    <w:p>
      <w:r>
        <w:t>Only add friends you know in real life, and check with a parent first.</w:t>
      </w:r>
    </w:p>
    <w:p>
      <w:pPr>
        <w:pStyle w:val="ListNumber"/>
      </w:pPr>
      <w:r>
        <w:rPr>
          <w:b/>
        </w:rPr>
        <w:t>Report Bad Behavior</w:t>
      </w:r>
    </w:p>
    <w:p>
      <w:r>
        <w:t>If someone bullies, threatens, or asks for private info, use the report button and tell a grown-up.</w:t>
      </w:r>
    </w:p>
    <w:p>
      <w:pPr>
        <w:pStyle w:val="ListNumber"/>
      </w:pPr>
      <w:r>
        <w:rPr>
          <w:b/>
        </w:rPr>
        <w:t>Use Good Chat Manners</w:t>
      </w:r>
    </w:p>
    <w:p>
      <w:r>
        <w:t>Keep chat friendly. Do not use bad language, spam, or share hurtful jokes.</w:t>
      </w:r>
    </w:p>
    <w:p>
      <w:pPr>
        <w:pStyle w:val="ListNumber"/>
      </w:pPr>
      <w:r>
        <w:rPr>
          <w:b/>
        </w:rPr>
        <w:t>Never Meet Up Alone</w:t>
      </w:r>
    </w:p>
    <w:p>
      <w:r>
        <w:t>Never agree to meet a player in person, even if you feel like you know them.</w:t>
      </w:r>
    </w:p>
    <w:p>
      <w:pPr>
        <w:pStyle w:val="ListNumber"/>
      </w:pPr>
      <w:r>
        <w:rPr>
          <w:b/>
        </w:rPr>
        <w:t>Respect Age Limits</w:t>
      </w:r>
    </w:p>
    <w:p>
      <w:r>
        <w:t>Play only games and servers that match your age. Check ratings before you join.</w:t>
      </w:r>
    </w:p>
    <w:p>
      <w:pPr>
        <w:pStyle w:val="ListNumber"/>
      </w:pPr>
      <w:r>
        <w:rPr>
          <w:b/>
        </w:rPr>
        <w:t>Be Careful With Personal Photos</w:t>
      </w:r>
    </w:p>
    <w:p>
      <w:r>
        <w:t>Never send photos of yourself or your home to anyone you met online.</w:t>
      </w:r>
    </w:p>
    <w:p>
      <w:pPr>
        <w:pStyle w:val="ListNumber"/>
      </w:pPr>
      <w:r>
        <w:rPr>
          <w:b/>
        </w:rPr>
        <w:t>Protect Your Devices</w:t>
      </w:r>
    </w:p>
    <w:p>
      <w:r>
        <w:t>Keep your game device updated and locked with a password or PIN.</w:t>
      </w:r>
    </w:p>
    <w:p>
      <w:pPr>
        <w:pStyle w:val="ListNumber"/>
      </w:pPr>
      <w:r>
        <w:rPr>
          <w:b/>
        </w:rPr>
        <w:t>Log Out on Shared Devices</w:t>
      </w:r>
    </w:p>
    <w:p>
      <w:r>
        <w:t>Always log out and close your game when you use a shared or public computer or tablet.</w:t>
      </w:r>
    </w:p>
    <w:p>
      <w:pPr>
        <w:pStyle w:val="ListNumber"/>
      </w:pPr>
      <w:r>
        <w:rPr>
          <w:b/>
        </w:rPr>
        <w:t>Play Fair</w:t>
      </w:r>
    </w:p>
    <w:p>
      <w:r>
        <w:t>Do not use exploits, cheats, or hacks. They can get your account banned.</w:t>
      </w:r>
    </w:p>
    <w:p>
      <w:pPr>
        <w:pStyle w:val="ListNumber"/>
      </w:pPr>
      <w:r>
        <w:rPr>
          <w:b/>
        </w:rPr>
        <w:t>Respect Others' Creations</w:t>
      </w:r>
    </w:p>
    <w:p>
      <w:r>
        <w:t>Ask permission before copying or using another player's build, outfit, or game.</w:t>
      </w:r>
    </w:p>
    <w:p>
      <w:pPr>
        <w:pStyle w:val="ListNumber"/>
      </w:pPr>
      <w:r>
        <w:rPr>
          <w:b/>
        </w:rPr>
        <w:t>Balance Screen Time</w:t>
      </w:r>
    </w:p>
    <w:p>
      <w:r>
        <w:t>Keep gaming within the time limits your family agrees on, and make time for school and sleep.</w:t>
      </w:r>
    </w:p>
    <w:p>
      <w:pPr>
        <w:pStyle w:val="ListNumber"/>
      </w:pPr>
      <w:r>
        <w:rPr>
          <w:b/>
        </w:rPr>
        <w:t>Think Before You Click</w:t>
      </w:r>
    </w:p>
    <w:p>
      <w:r>
        <w:t>Pop-ups and prize offers can be traps. Close them and ask a grown-up if you are unsure.</w:t>
      </w:r>
    </w:p>
    <w:p>
      <w:pPr>
        <w:pStyle w:val="ListNumber"/>
      </w:pPr>
      <w:r>
        <w:rPr>
          <w:b/>
        </w:rPr>
        <w:t>Talk About Problems</w:t>
      </w:r>
    </w:p>
    <w:p>
      <w:r>
        <w:t>If something online makes you upset or scared, tell a trusted adult. You will not get in trouble for telling.</w:t>
      </w:r>
    </w:p>
    <w:p>
      <w:pPr>
        <w:pStyle w:val="ListNumber"/>
      </w:pPr>
      <w:r>
        <w:rPr>
          <w:b/>
        </w:rPr>
        <w:t>Be Respectful of Everyone</w:t>
      </w:r>
    </w:p>
    <w:p>
      <w:r>
        <w:t>Treat players of every background and skill level fairly. Everyone is here to have fun.</w:t>
      </w:r>
    </w:p>
    <w:p>
      <w:pPr>
        <w:pStyle w:val="ListNumber"/>
      </w:pPr>
      <w:r>
        <w:rPr>
          <w:b/>
        </w:rPr>
        <w:t>Have Fun Safely</w:t>
      </w:r>
    </w:p>
    <w:p>
      <w:r>
        <w:t>Gaming is for having fun. Follow these rules and enjoy every world you explore!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